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Aanvraagformulier subsidie publieksfilosofie</w:t>
      </w:r>
    </w:p>
    <w:p>
      <w:pPr>
        <w:pStyle w:val="Subtitle"/>
      </w:pPr>
      <w:r>
        <w:t>Vereniging Vrienden van de ISVW</w:t>
      </w:r>
    </w:p>
    <w:p>
      <w:r>
        <w:t xml:space="preserve">Lees voor het invullen de </w:t>
      </w:r>
      <w:hyperlink r:id="rId11">
        <w:r>
          <w:rPr>
            <w:color w:val="315D21"/>
            <w:u w:val="single"/>
          </w:rPr>
          <w:t>subsidieleidraad</w:t>
        </w:r>
      </w:hyperlink>
      <w:r>
        <w:t>. Daarin staan de voorwaarden en de procedure. Wij zien onze steun als een partnerschap en vragen u de Vrienden zichtbaar te maken bij uw publiek.</w:t>
      </w:r>
    </w:p>
    <w:p>
      <w:r>
        <w:t xml:space="preserve">Stuur dit ingevulde en ondertekende formulier met de bijlagen naar </w:t>
      </w:r>
      <w:hyperlink r:id="rId12">
        <w:r>
          <w:rPr>
            <w:color w:val="315D21"/>
            <w:u w:val="single"/>
          </w:rPr>
          <w:t>secretaris@vrienden-isvw.nl</w:t>
        </w:r>
      </w:hyperlink>
      <w:r>
        <w:t>. Aanvragen kunnen worden ingediend tot en met 31 maart en tot en met 31 oktober.</w:t>
      </w:r>
    </w:p>
    <w:p>
      <w:pPr>
        <w:pStyle w:val="Heading1"/>
      </w:pPr>
      <w:r>
        <w:t>Gegevens van de aanvrager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6917"/>
      </w:tblGrid>
      <w:tr>
        <w:trPr>
          <w:cantSplit/>
        </w:trPr>
        <w:tc>
          <w:tcPr>
            <w:tcW w:type="dxa" w:w="2835"/>
            <w:vAlign w:val="center"/>
            <w:tcMar>
              <w:top w:w="75" w:type="dxa"/>
              <w:bottom w:w="75" w:type="dxa"/>
              <w:left w:w="100" w:type="dxa"/>
              <w:right w:w="100" w:type="dxa"/>
            </w:tcMar>
            <w:shd w:fill="F3F3F3"/>
          </w:tcPr>
          <w:p>
            <w:pPr>
              <w:spacing w:after="0" w:line="240" w:lineRule="auto"/>
            </w:pPr>
            <w:r>
              <w:t>Naam aanvragende organisatie</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Contactpersoon</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KvK-nummer</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IBAN en naam rekeninghouder</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Website</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E-mailadres en telefoonnummer</w:t>
            </w:r>
          </w:p>
        </w:tc>
        <w:tc>
          <w:tcPr>
            <w:tcW w:type="dxa" w:w="6917"/>
            <w:vAlign w:val="center"/>
            <w:tcMar>
              <w:top w:w="75" w:type="dxa"/>
              <w:bottom w:w="75" w:type="dxa"/>
              <w:left w:w="100" w:type="dxa"/>
              <w:right w:w="100" w:type="dxa"/>
            </w:tcMar>
          </w:tcPr>
          <w:p>
            <w:pPr>
              <w:spacing w:after="0" w:line="240" w:lineRule="auto"/>
            </w:pPr>
            <w:r/>
          </w:p>
        </w:tc>
      </w:tr>
      <w:tr>
        <w:trPr>
          <w:cantSplit/>
        </w:trPr>
        <w:tc>
          <w:tcPr>
            <w:tcW w:type="dxa" w:w="2835"/>
            <w:vAlign w:val="center"/>
            <w:tcMar>
              <w:top w:w="75" w:type="dxa"/>
              <w:bottom w:w="75" w:type="dxa"/>
              <w:left w:w="100" w:type="dxa"/>
              <w:right w:w="100" w:type="dxa"/>
            </w:tcMar>
            <w:shd w:fill="F3F3F3"/>
          </w:tcPr>
          <w:p>
            <w:pPr>
              <w:spacing w:after="0" w:line="240" w:lineRule="auto"/>
            </w:pPr>
            <w:r>
              <w:t>Aanvraagdatum</w:t>
            </w:r>
          </w:p>
        </w:tc>
        <w:tc>
          <w:tcPr>
            <w:tcW w:type="dxa" w:w="6917"/>
            <w:vAlign w:val="center"/>
            <w:tcMar>
              <w:top w:w="75" w:type="dxa"/>
              <w:bottom w:w="75" w:type="dxa"/>
              <w:left w:w="100" w:type="dxa"/>
              <w:right w:w="100" w:type="dxa"/>
            </w:tcMar>
          </w:tcPr>
          <w:p>
            <w:pPr>
              <w:spacing w:after="0" w:line="240" w:lineRule="auto"/>
            </w:pPr>
            <w:r/>
          </w:p>
        </w:tc>
      </w:tr>
    </w:tbl>
    <w:p>
      <w:pPr>
        <w:spacing w:before="120"/>
      </w:pPr>
      <w:r>
        <w:t>ANBI-status:  ☐ Ja   ☐ Nee. Een ANBI-status is niet vereist.</w:t>
      </w:r>
    </w:p>
    <w:p>
      <w:pPr>
        <w:pStyle w:val="Heading1"/>
      </w:pPr>
      <w:r>
        <w:t>Deel A Projectplan activiteiten en zichtbaarheid</w:t>
      </w:r>
    </w:p>
    <w:p>
      <w:r>
        <w:t>Dit deel sluit aan op artikel 3A van de subsidieleidraad.</w:t>
      </w:r>
    </w:p>
    <w:p>
      <w:pPr>
        <w:keepNext/>
      </w:pPr>
      <w:r>
        <w:rPr>
          <w:b/>
        </w:rPr>
        <w:t>Vraag 1  Naam van het initiatief</w:t>
      </w:r>
      <w:r>
        <w:br/>
        <w:t>Hoe heet het project waarvoor u steun aanvraagt?</w:t>
      </w:r>
    </w:p>
    <w:p>
      <w:pPr>
        <w:spacing w:after="20" w:line="240" w:lineRule="auto"/>
      </w:pPr>
      <w:r>
        <w:rPr>
          <w:color w:val="9A9A9A"/>
          <w:sz w:val="18"/>
        </w:rPr>
        <w:t>........................................................................................................................................</w:t>
      </w:r>
    </w:p>
    <w:p>
      <w:pPr>
        <w:keepNext/>
      </w:pPr>
      <w:r>
        <w:rPr>
          <w:b/>
        </w:rPr>
        <w:t>Vraag 2  Gevraagd subsidiebedrag</w:t>
      </w:r>
      <w:r>
        <w:br/>
        <w:t>Welk bedrag vraagt u aan bij de Vrienden van de ISVW?  € ................................</w:t>
      </w:r>
    </w:p>
    <w:p>
      <w:pPr>
        <w:keepNext/>
      </w:pPr>
      <w:r>
        <w:rPr>
          <w:b/>
        </w:rPr>
        <w:t>Vraag 3  Planning</w:t>
      </w:r>
      <w:r>
        <w:br/>
        <w:t>Geplande startdatum: ................................  Einddatum: ................................</w:t>
        <w:br/>
        <w:t>Vermeld eventuele belangrijke tussenliggende mijlpalen.</w:t>
      </w:r>
    </w:p>
    <w:p>
      <w:pPr>
        <w:spacing w:after="20" w:line="240" w:lineRule="auto"/>
      </w:pPr>
      <w:r>
        <w:rPr>
          <w:color w:val="9A9A9A"/>
          <w:sz w:val="18"/>
        </w:rPr>
        <w:t>........................................................................................................................................</w:t>
      </w:r>
    </w:p>
    <w:p>
      <w:pPr>
        <w:keepNext/>
      </w:pPr>
      <w:r>
        <w:rPr>
          <w:b/>
        </w:rPr>
        <w:t>Vraag 4  Activiteiten</w:t>
      </w:r>
      <w:r>
        <w:br/>
        <w:t>Beschrijf wat u gaat doen. Wat gaat er concreet gebeuren?</w:t>
      </w:r>
    </w:p>
    <w:p>
      <w:pPr>
        <w:spacing w:after="20" w:line="240" w:lineRule="auto"/>
      </w:pPr>
      <w:r>
        <w:rPr>
          <w:color w:val="9A9A9A"/>
          <w:sz w:val="18"/>
        </w:rPr>
        <w:t>........................................................................................................................................</w:t>
      </w:r>
    </w:p>
    <w:p>
      <w:pPr>
        <w:spacing w:after="20" w:line="240" w:lineRule="auto"/>
      </w:pPr>
      <w:r>
        <w:rPr>
          <w:color w:val="9A9A9A"/>
          <w:sz w:val="18"/>
        </w:rPr>
        <w:t>........................................................................................................................................</w:t>
      </w:r>
    </w:p>
    <w:p>
      <w:pPr>
        <w:keepNext/>
      </w:pPr>
      <w:r>
        <w:rPr>
          <w:b/>
        </w:rPr>
        <w:t>Vraag 5  Doelgroep</w:t>
      </w:r>
      <w:r>
        <w:br/>
        <w:t>Op welke doelgroep of doelgroepen richt het project zich primair?</w:t>
      </w:r>
    </w:p>
    <w:p>
      <w:pPr>
        <w:spacing w:after="20" w:line="240" w:lineRule="auto"/>
      </w:pPr>
      <w:r>
        <w:rPr>
          <w:color w:val="9A9A9A"/>
          <w:sz w:val="18"/>
        </w:rPr>
        <w:t>........................................................................................................................................</w:t>
      </w:r>
    </w:p>
    <w:p>
      <w:r>
        <w:br w:type="page"/>
      </w:r>
    </w:p>
    <w:p>
      <w:pPr>
        <w:pStyle w:val="Heading1"/>
      </w:pPr>
      <w:r>
        <w:t>Deel A Vervolg</w:t>
      </w:r>
    </w:p>
    <w:p>
      <w:pPr>
        <w:keepNext/>
      </w:pPr>
      <w:r>
        <w:rPr>
          <w:b/>
        </w:rPr>
        <w:t>Vraag 6  Relatie met publieksfilosofie</w:t>
      </w:r>
      <w:r>
        <w:br/>
        <w:t>a. Hoe draagt uw project bij aan publieksfilosofie en het toegankelijk maken van filosofie voor een breed publiek?</w:t>
        <w:br/>
        <w:t>b. Waarin onderscheidt het project zich van bestaand aanbod en/of welke bijzondere of vernieuwende bijdrage levert het? Zie artikel 2d van de subsidieleidraad.</w:t>
      </w:r>
    </w:p>
    <w:p>
      <w:pPr>
        <w:spacing w:after="20" w:line="240" w:lineRule="auto"/>
      </w:pPr>
      <w:r>
        <w:rPr>
          <w:color w:val="9A9A9A"/>
          <w:sz w:val="18"/>
        </w:rPr>
        <w:t>........................................................................................................................................</w:t>
      </w:r>
    </w:p>
    <w:p>
      <w:pPr>
        <w:spacing w:after="20" w:line="240" w:lineRule="auto"/>
      </w:pPr>
      <w:r>
        <w:rPr>
          <w:color w:val="9A9A9A"/>
          <w:sz w:val="18"/>
        </w:rPr>
        <w:t>........................................................................................................................................</w:t>
      </w:r>
    </w:p>
    <w:p>
      <w:pPr>
        <w:spacing w:after="20" w:line="240" w:lineRule="auto"/>
      </w:pPr>
      <w:r>
        <w:rPr>
          <w:color w:val="9A9A9A"/>
          <w:sz w:val="18"/>
        </w:rPr>
        <w:t>........................................................................................................................................</w:t>
      </w:r>
    </w:p>
    <w:p>
      <w:pPr>
        <w:spacing w:after="20" w:line="240" w:lineRule="auto"/>
      </w:pPr>
      <w:r>
        <w:rPr>
          <w:color w:val="9A9A9A"/>
          <w:sz w:val="18"/>
        </w:rPr>
        <w:t>........................................................................................................................................</w:t>
      </w:r>
    </w:p>
    <w:p>
      <w:pPr>
        <w:keepNext/>
      </w:pPr>
      <w:r>
        <w:rPr>
          <w:b/>
        </w:rPr>
        <w:t>Vraag 7  Zichtbaarheid en wederkerigheid</w:t>
      </w:r>
      <w:r>
        <w:br/>
        <w:t>Hoe maakt u de steun van de Vrienden zichtbaar? Denk aan een logo op een website of flyer, een vermelding in een nieuwsbrief of een banner bij een evenement. Wij stellen het ook zeer op prijs als u het bestuur uitnodigt voor het evenement of de opening.</w:t>
      </w:r>
    </w:p>
    <w:p>
      <w:pPr>
        <w:spacing w:after="20" w:line="240" w:lineRule="auto"/>
      </w:pPr>
      <w:r>
        <w:rPr>
          <w:color w:val="9A9A9A"/>
          <w:sz w:val="18"/>
        </w:rPr>
        <w:t>........................................................................................................................................</w:t>
      </w:r>
    </w:p>
    <w:p>
      <w:pPr>
        <w:spacing w:after="20" w:line="240" w:lineRule="auto"/>
      </w:pPr>
      <w:r>
        <w:rPr>
          <w:color w:val="9A9A9A"/>
          <w:sz w:val="18"/>
        </w:rPr>
        <w:t>........................................................................................................................................</w:t>
      </w:r>
    </w:p>
    <w:p>
      <w:pPr>
        <w:spacing w:after="20" w:line="240" w:lineRule="auto"/>
      </w:pPr>
      <w:r>
        <w:rPr>
          <w:color w:val="9A9A9A"/>
          <w:sz w:val="18"/>
        </w:rPr>
        <w:t>........................................................................................................................................</w:t>
      </w:r>
    </w:p>
    <w:p>
      <w:r>
        <w:t>Na afloop levert u tevens een tekst van circa 400–600 woorden en minimaal één geschikte foto aan voor het Vriendenmagazine. De vereniging moet de foto met toestemming kunnen publiceren; vermeld de fotograaf en een eventueel vereiste naamsvermelding. Bij de eindverantwoording toont u ook aan hoe de afgesproken zichtbaarheid is gerealiseerd. Zie artikel 6 van de subsidieleidraad.</w:t>
      </w:r>
    </w:p>
    <w:p>
      <w:pPr>
        <w:pStyle w:val="Heading1"/>
      </w:pPr>
      <w:r>
        <w:t>Deel B Verwacht resultaat en bereik</w:t>
      </w:r>
    </w:p>
    <w:p>
      <w:r>
        <w:t>Dit deel sluit aan op artikel 3B van de subsidieleidraad. Geef een realistische inschatting van het verwachte bereik en resultaat. Wij vragen geen harde garanties, maar een onderbouwd streven.</w:t>
      </w:r>
    </w:p>
    <w:p>
      <w:pPr>
        <w:keepNext/>
      </w:pPr>
      <w:r>
        <w:rPr>
          <w:b/>
        </w:rPr>
        <w:t>Vraag 8  Verwacht bereik</w:t>
      </w:r>
      <w:r>
        <w:br/>
        <w:t>Hoeveel mensen hoopt u ongeveer te bereiken, bijvoorbeeld bezoekers, luisteraars of deelnemers?</w:t>
      </w:r>
    </w:p>
    <w:p>
      <w:pPr>
        <w:spacing w:after="20" w:line="240" w:lineRule="auto"/>
      </w:pPr>
      <w:r>
        <w:rPr>
          <w:color w:val="9A9A9A"/>
          <w:sz w:val="18"/>
        </w:rPr>
        <w:t>........................................................................................................................................</w:t>
      </w:r>
    </w:p>
    <w:p>
      <w:pPr>
        <w:spacing w:after="20" w:line="240" w:lineRule="auto"/>
      </w:pPr>
      <w:r>
        <w:rPr>
          <w:color w:val="9A9A9A"/>
          <w:sz w:val="18"/>
        </w:rPr>
        <w:t>........................................................................................................................................</w:t>
      </w:r>
    </w:p>
    <w:p>
      <w:pPr>
        <w:keepNext/>
      </w:pPr>
      <w:r>
        <w:rPr>
          <w:b/>
        </w:rPr>
        <w:t>Vraag 9  Beoogd resultaat</w:t>
      </w:r>
      <w:r>
        <w:br/>
        <w:t>Wat hoopt u bij deze mensen teweeg te brengen? Denk aan kennismaking met een filosofisch gedachtegoed of het op gang brengen van een debat.</w:t>
      </w:r>
    </w:p>
    <w:p>
      <w:pPr>
        <w:spacing w:after="20" w:line="240" w:lineRule="auto"/>
      </w:pPr>
      <w:r>
        <w:rPr>
          <w:color w:val="9A9A9A"/>
          <w:sz w:val="18"/>
        </w:rPr>
        <w:t>........................................................................................................................................</w:t>
      </w:r>
    </w:p>
    <w:p>
      <w:pPr>
        <w:spacing w:after="20" w:line="240" w:lineRule="auto"/>
      </w:pPr>
      <w:r>
        <w:rPr>
          <w:color w:val="9A9A9A"/>
          <w:sz w:val="18"/>
        </w:rPr>
        <w:t>........................................................................................................................................</w:t>
      </w:r>
    </w:p>
    <w:p>
      <w:pPr>
        <w:spacing w:after="20" w:line="240" w:lineRule="auto"/>
      </w:pPr>
      <w:r>
        <w:rPr>
          <w:color w:val="9A9A9A"/>
          <w:sz w:val="18"/>
        </w:rPr>
        <w:t>........................................................................................................................................</w:t>
      </w:r>
    </w:p>
    <w:p>
      <w:r>
        <w:br w:type="page"/>
      </w:r>
    </w:p>
    <w:p>
      <w:pPr>
        <w:pStyle w:val="Heading1"/>
      </w:pPr>
      <w:r>
        <w:t>Deel C Financiën</w:t>
      </w:r>
    </w:p>
    <w:p>
      <w:r>
        <w:t>Dit deel sluit aan op artikel 3C van de subsidieleidraad.</w:t>
      </w:r>
    </w:p>
    <w:p>
      <w:pPr>
        <w:keepNext/>
      </w:pPr>
      <w:r>
        <w:rPr>
          <w:b/>
        </w:rPr>
        <w:t>Vraag 10  Begroting</w:t>
      </w:r>
      <w:r>
        <w:br/>
        <w:t>Totaal begrote projectkosten: € ................................</w:t>
        <w:br/>
        <w:t>Waarvoor gebruikt u de specifieke bijdrage van de Vrienden? Voeg een gespecificeerde projectbegroting als bijlage toe.</w:t>
      </w:r>
    </w:p>
    <w:p>
      <w:pPr>
        <w:spacing w:after="20" w:line="240" w:lineRule="auto"/>
      </w:pPr>
      <w:r>
        <w:rPr>
          <w:color w:val="9A9A9A"/>
          <w:sz w:val="18"/>
        </w:rPr>
        <w:t>........................................................................................................................................</w:t>
      </w:r>
    </w:p>
    <w:p>
      <w:pPr>
        <w:spacing w:after="20" w:line="240" w:lineRule="auto"/>
      </w:pPr>
      <w:r>
        <w:rPr>
          <w:color w:val="9A9A9A"/>
          <w:sz w:val="18"/>
        </w:rPr>
        <w:t>........................................................................................................................................</w:t>
      </w:r>
    </w:p>
    <w:p>
      <w:pPr>
        <w:keepNext/>
      </w:pPr>
      <w:r>
        <w:rPr>
          <w:b/>
        </w:rPr>
        <w:t>Vraag 11  Dekkingsplan</w:t>
      </w:r>
      <w:r>
        <w:br/>
        <w:t>Vermeld per inkomstenbron het verwachte bedrag, waaronder eigen bijdragen, publieksinkomsten en bijdragen van andere financiers. Geef bij bijdragen van derden aan of deze zijn toegezegd, aangevraagd of nog onzeker zijn.</w:t>
      </w:r>
    </w:p>
    <w:p>
      <w:pPr>
        <w:spacing w:after="20" w:line="240" w:lineRule="auto"/>
      </w:pPr>
      <w:r>
        <w:rPr>
          <w:color w:val="9A9A9A"/>
          <w:sz w:val="18"/>
        </w:rPr>
        <w:t>........................................................................................................................................</w:t>
      </w:r>
    </w:p>
    <w:p>
      <w:pPr>
        <w:spacing w:after="20" w:line="240" w:lineRule="auto"/>
      </w:pPr>
      <w:r>
        <w:rPr>
          <w:color w:val="9A9A9A"/>
          <w:sz w:val="18"/>
        </w:rPr>
        <w:t>........................................................................................................................................</w:t>
      </w:r>
    </w:p>
    <w:p>
      <w:pPr>
        <w:keepNext/>
      </w:pPr>
      <w:r>
        <w:rPr>
          <w:b/>
        </w:rPr>
        <w:t>Vraag 12  Noodzaak van de bijdrage</w:t>
      </w:r>
      <w:r>
        <w:br/>
        <w:t>Wat betekent het voor uw project als u geen bijdrage van de Vrienden ontvangt? Kan het project dan niet, of niet in de voorgestelde vorm, worden gerealiseerd?</w:t>
      </w:r>
    </w:p>
    <w:p>
      <w:pPr>
        <w:spacing w:after="20" w:line="240" w:lineRule="auto"/>
      </w:pPr>
      <w:r>
        <w:rPr>
          <w:color w:val="9A9A9A"/>
          <w:sz w:val="18"/>
        </w:rPr>
        <w:t>........................................................................................................................................</w:t>
      </w:r>
    </w:p>
    <w:p>
      <w:pPr>
        <w:spacing w:after="20" w:line="240" w:lineRule="auto"/>
      </w:pPr>
      <w:r>
        <w:rPr>
          <w:color w:val="9A9A9A"/>
          <w:sz w:val="18"/>
        </w:rPr>
        <w:t>........................................................................................................................................</w:t>
      </w:r>
    </w:p>
    <w:p>
      <w:pPr>
        <w:keepNext/>
      </w:pPr>
      <w:r>
        <w:rPr>
          <w:b/>
        </w:rPr>
        <w:t>Vraag 13  Uitbetaling en eventueel voorschot</w:t>
      </w:r>
      <w:r>
        <w:br/>
        <w:t>De hoofdregel is betaling achteraf na goedkeuring van de eindverantwoording. De definitieve subsidie bedraagt maximaal het toegekende bedrag en maximaal het resterende werkelijke tekort; een voorschot wordt verrekend. Zie artikelen 5–7 van de subsidieleidraad.</w:t>
        <w:br/>
        <w:t>Kunt u het project voorfinancieren? Zo nee, welk voorschotbedrag heeft u nodig voor de opstartkosten en waarom is dit noodzakelijk?</w:t>
      </w:r>
    </w:p>
    <w:p>
      <w:pPr>
        <w:spacing w:after="20" w:line="240" w:lineRule="auto"/>
      </w:pPr>
      <w:r>
        <w:rPr>
          <w:color w:val="9A9A9A"/>
          <w:sz w:val="18"/>
        </w:rPr>
        <w:t>........................................................................................................................................</w:t>
      </w:r>
    </w:p>
    <w:p>
      <w:pPr>
        <w:spacing w:after="20" w:line="240" w:lineRule="auto"/>
      </w:pPr>
      <w:r>
        <w:rPr>
          <w:color w:val="9A9A9A"/>
          <w:sz w:val="18"/>
        </w:rPr>
        <w:t>........................................................................................................................................</w:t>
      </w:r>
    </w:p>
    <w:p>
      <w:pPr>
        <w:pStyle w:val="Heading1"/>
      </w:pPr>
      <w:r>
        <w:t>Bijlagen en ondertekening</w:t>
      </w:r>
    </w:p>
    <w:p>
      <w:pPr/>
      <w:r>
        <w:rPr>
          <w:b/>
        </w:rPr>
        <w:t xml:space="preserve">Verplicht: </w:t>
      </w:r>
      <w:r>
        <w:t>☐ Een gespecificeerde projectbegroting.</w:t>
      </w:r>
    </w:p>
    <w:p>
      <w:pPr/>
      <w:r>
        <w:rPr>
          <w:b/>
        </w:rPr>
        <w:t xml:space="preserve">Bij een aangevraagd subsidiebedrag boven € 2.500: </w:t>
      </w:r>
      <w:r>
        <w:t>☐ De meest recente jaarrekening van uw organisatie.</w:t>
      </w:r>
    </w:p>
    <w:p>
      <w:pPr/>
      <w:r>
        <w:rPr>
          <w:b/>
        </w:rPr>
        <w:t xml:space="preserve">Optioneel: </w:t>
      </w:r>
      <w:r>
        <w:t>☐ Een uitgebreider projectplan als aanvulling op uw antwoorden in dit formulier.</w:t>
      </w:r>
    </w:p>
    <w:p>
      <w:r>
        <w:t>Hierbij verklaart ondergetekende kennis te hebben genomen van de subsidieleidraad van de Vereniging Vrienden van de ISVW en dit formulier naar waarheid te hebben ingevuld.</w:t>
      </w:r>
    </w:p>
    <w:p>
      <w:r>
        <w:t>Datum: ...............................................   Plaats: ................................................</w:t>
      </w:r>
    </w:p>
    <w:p>
      <w:r>
        <w:t>Naam aanvrager: ........................................................................................................</w:t>
      </w:r>
    </w:p>
    <w:p>
      <w:r>
        <w:t>Handtekening: .............................................................................................................</w:t>
      </w:r>
    </w:p>
    <w:sectPr w:rsidR="00FC693F" w:rsidRPr="0006063C" w:rsidSect="00034616">
      <w:headerReference w:type="default" r:id="rId9"/>
      <w:footerReference w:type="default" r:id="rId10"/>
      <w:pgSz w:w="11906" w:h="16838"/>
      <w:pgMar w:top="1219" w:right="1077" w:bottom="935" w:left="1077" w:header="397"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6"/>
      </w:rPr>
      <w:t xml:space="preserve">Pagina </w:t>
    </w:r>
    <w:r>
      <w:rPr>
        <w:sz w:val="16"/>
      </w:rPr>
    </w:r>
    <w:fldSimple w:instr="PAGE">
      <w:r>
        <w:t>1</w:t>
      </w:r>
    </w:fldSimple>
    <w:r>
      <w:rPr>
        <w:sz w:val="16"/>
      </w:rPr>
      <w:t xml:space="preserve"> van </w:t>
    </w:r>
    <w:r>
      <w:rPr>
        <w:sz w:val="16"/>
      </w:rP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50" w:val="left"/>
      </w:tabs>
      <w:spacing w:after="0"/>
    </w:pPr>
    <w:r>
      <w:drawing>
        <wp:inline xmlns:a="http://schemas.openxmlformats.org/drawingml/2006/main" xmlns:pic="http://schemas.openxmlformats.org/drawingml/2006/picture">
          <wp:extent cx="342000" cy="342000"/>
          <wp:docPr id="1" name="Picture 1"/>
          <wp:cNvGraphicFramePr>
            <a:graphicFrameLocks noChangeAspect="1"/>
          </wp:cNvGraphicFramePr>
          <a:graphic>
            <a:graphicData uri="http://schemas.openxmlformats.org/drawingml/2006/picture">
              <pic:pic>
                <pic:nvPicPr>
                  <pic:cNvPr id="0" name="image3.png"/>
                  <pic:cNvPicPr/>
                </pic:nvPicPr>
                <pic:blipFill>
                  <a:blip r:embed="rId1"/>
                  <a:stretch>
                    <a:fillRect/>
                  </a:stretch>
                </pic:blipFill>
                <pic:spPr>
                  <a:xfrm>
                    <a:off x="0" y="0"/>
                    <a:ext cx="342000" cy="342000"/>
                  </a:xfrm>
                  <a:prstGeom prst="rect"/>
                </pic:spPr>
              </pic:pic>
            </a:graphicData>
          </a:graphic>
        </wp:inline>
      </w:drawing>
    </w:r>
    <w:r>
      <w:rPr>
        <w:color w:val="000000"/>
        <w:sz w:val="18"/>
      </w:rPr>
      <w:tab/>
      <w:t>Vrienden van de ISVW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nl-N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9"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100" w:line="259"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100" w:line="259"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259" w:lineRule="auto" w:before="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80" w:line="259" w:lineRule="auto"/>
    </w:pPr>
    <w:rPr>
      <w:rFonts w:asciiTheme="majorHAnsi" w:eastAsiaTheme="majorEastAsia" w:hAnsiTheme="majorHAnsi" w:cstheme="majorBidi" w:ascii="Arial" w:hAnsi="Arial"/>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59"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vrienden-isvw.nl/wp-content/uploads/2025/06/Leidraad-voor-aanvragen-subsidie-publieksfilosofie-Vrienden-van-de-ISVW.pdf" TargetMode="External"/><Relationship Id="rId12" Type="http://schemas.openxmlformats.org/officeDocument/2006/relationships/hyperlink" Target="mailto:secretaris@vrienden-isvw.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subsidie publieksfilosofie</dc:title>
  <dc:subject>Subsidies voor publieksfilosofie</dc:subject>
  <dc:creator>Vereniging Vrienden van de ISVW</dc:creator>
  <cp:keywords/>
  <dc:description/>
  <cp:lastModifiedBy/>
  <cp:revision>1</cp:revision>
  <dcterms:created xsi:type="dcterms:W3CDTF">2013-12-23T23:15:00Z</dcterms:created>
  <dcterms:modified xsi:type="dcterms:W3CDTF">2013-12-23T23:15:00Z</dcterms:modified>
  <cp:category/>
</cp:coreProperties>
</file>